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9A76B" w14:textId="77777777" w:rsidR="00AB11AC" w:rsidRDefault="00AB11AC" w:rsidP="005836A0">
      <w:pPr>
        <w:pStyle w:val="Balk1"/>
        <w:jc w:val="center"/>
        <w:rPr>
          <w:rFonts w:ascii="Arial" w:hAnsi="Arial" w:cs="Arial"/>
          <w:sz w:val="22"/>
          <w:szCs w:val="22"/>
        </w:rPr>
      </w:pPr>
    </w:p>
    <w:p w14:paraId="0694D94B" w14:textId="40AD19F5" w:rsidR="00D93861" w:rsidRDefault="00000000" w:rsidP="005836A0">
      <w:pPr>
        <w:pStyle w:val="Balk1"/>
        <w:jc w:val="center"/>
        <w:rPr>
          <w:rFonts w:ascii="Arial" w:hAnsi="Arial" w:cs="Arial"/>
          <w:sz w:val="22"/>
          <w:szCs w:val="22"/>
        </w:rPr>
      </w:pPr>
      <w:r w:rsidRPr="005836A0">
        <w:rPr>
          <w:rFonts w:ascii="Arial" w:hAnsi="Arial" w:cs="Arial"/>
          <w:sz w:val="22"/>
          <w:szCs w:val="22"/>
        </w:rPr>
        <w:t>ÜYE BAŞVURU FORMU</w:t>
      </w:r>
    </w:p>
    <w:p w14:paraId="5B4F864F" w14:textId="77777777" w:rsidR="00CC6554" w:rsidRPr="00CC6554" w:rsidRDefault="00CC6554" w:rsidP="00CC6554"/>
    <w:p w14:paraId="78E770B8" w14:textId="7366DAB8" w:rsidR="00CC6554" w:rsidRDefault="00000000" w:rsidP="003B0903">
      <w:pPr>
        <w:spacing w:after="0"/>
        <w:jc w:val="center"/>
        <w:rPr>
          <w:rFonts w:ascii="Arial" w:hAnsi="Arial" w:cs="Arial"/>
          <w:sz w:val="20"/>
          <w:szCs w:val="20"/>
        </w:rPr>
      </w:pPr>
      <w:proofErr w:type="spellStart"/>
      <w:r w:rsidRPr="003B0903">
        <w:rPr>
          <w:rFonts w:ascii="Arial" w:hAnsi="Arial" w:cs="Arial"/>
          <w:sz w:val="20"/>
          <w:szCs w:val="20"/>
        </w:rPr>
        <w:t>Hücresel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Stres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ve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Moleküler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Mekanizmalar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Derneği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Yönetim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0903">
        <w:rPr>
          <w:rFonts w:ascii="Arial" w:hAnsi="Arial" w:cs="Arial"/>
          <w:sz w:val="20"/>
          <w:szCs w:val="20"/>
        </w:rPr>
        <w:t>Kurulu</w:t>
      </w:r>
      <w:proofErr w:type="spellEnd"/>
      <w:r w:rsidRPr="003B0903">
        <w:rPr>
          <w:rFonts w:ascii="Arial" w:hAnsi="Arial" w:cs="Arial"/>
          <w:sz w:val="20"/>
          <w:szCs w:val="20"/>
        </w:rPr>
        <w:t xml:space="preserve"> Başkanlığı’na</w:t>
      </w:r>
      <w:r w:rsidR="003B0903">
        <w:rPr>
          <w:rFonts w:ascii="Arial" w:hAnsi="Arial" w:cs="Arial"/>
          <w:sz w:val="20"/>
          <w:szCs w:val="20"/>
        </w:rPr>
        <w:t>,</w:t>
      </w:r>
    </w:p>
    <w:p w14:paraId="5EA96C30" w14:textId="77777777" w:rsidR="003B0903" w:rsidRPr="003B0903" w:rsidRDefault="003B0903" w:rsidP="003B0903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6407F5E" w14:textId="14E05E77" w:rsidR="00D93861" w:rsidRDefault="00000000" w:rsidP="003B0903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5836A0">
        <w:rPr>
          <w:rFonts w:ascii="Arial" w:hAnsi="Arial" w:cs="Arial"/>
          <w:sz w:val="20"/>
          <w:szCs w:val="20"/>
        </w:rPr>
        <w:t>Hücresel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Stres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ve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Moleküler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Mekanizmalar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Derneği’ne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üye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olmak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istiyorum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. Bu </w:t>
      </w:r>
      <w:proofErr w:type="spellStart"/>
      <w:r w:rsidRPr="005836A0">
        <w:rPr>
          <w:rFonts w:ascii="Arial" w:hAnsi="Arial" w:cs="Arial"/>
          <w:sz w:val="20"/>
          <w:szCs w:val="20"/>
        </w:rPr>
        <w:t>inançla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verilecek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tüm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görevleri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yapacağımı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836A0">
        <w:rPr>
          <w:rFonts w:ascii="Arial" w:hAnsi="Arial" w:cs="Arial"/>
          <w:sz w:val="20"/>
          <w:szCs w:val="20"/>
        </w:rPr>
        <w:t>yüklendiğim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ödentileri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zamanında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ve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eksiksiz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ödeyeceğimi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836A0">
        <w:rPr>
          <w:rFonts w:ascii="Arial" w:hAnsi="Arial" w:cs="Arial"/>
          <w:sz w:val="20"/>
          <w:szCs w:val="20"/>
        </w:rPr>
        <w:t>aşağıdaki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bilgilerin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doğruluğunu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kabul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ve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taahhüt</w:t>
      </w:r>
      <w:proofErr w:type="spellEnd"/>
      <w:r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ederim</w:t>
      </w:r>
      <w:proofErr w:type="spellEnd"/>
      <w:r w:rsidRPr="005836A0">
        <w:rPr>
          <w:rFonts w:ascii="Arial" w:hAnsi="Arial" w:cs="Arial"/>
          <w:sz w:val="20"/>
          <w:szCs w:val="20"/>
        </w:rPr>
        <w:t>.</w:t>
      </w:r>
    </w:p>
    <w:p w14:paraId="6A133A50" w14:textId="77777777" w:rsidR="003B0903" w:rsidRDefault="003B0903" w:rsidP="003B090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B602A3" w14:textId="697B70A1" w:rsidR="00CC6554" w:rsidRDefault="00445F4B" w:rsidP="00445F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…. /….. /2…</w:t>
      </w:r>
    </w:p>
    <w:p w14:paraId="1929B768" w14:textId="7D6E85FB" w:rsidR="00CC6554" w:rsidRDefault="00445F4B" w:rsidP="00445F4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 w:rsidR="00CC6554" w:rsidRPr="005836A0">
        <w:rPr>
          <w:rFonts w:ascii="Arial" w:hAnsi="Arial" w:cs="Arial"/>
          <w:sz w:val="20"/>
          <w:szCs w:val="20"/>
        </w:rPr>
        <w:t>Adı</w:t>
      </w:r>
      <w:proofErr w:type="spellEnd"/>
      <w:r w:rsidR="00CC6554" w:rsidRPr="005836A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C6554" w:rsidRPr="005836A0">
        <w:rPr>
          <w:rFonts w:ascii="Arial" w:hAnsi="Arial" w:cs="Arial"/>
          <w:sz w:val="20"/>
          <w:szCs w:val="20"/>
        </w:rPr>
        <w:t>Soyadı</w:t>
      </w:r>
      <w:proofErr w:type="spellEnd"/>
    </w:p>
    <w:p w14:paraId="3117FB96" w14:textId="23A2A837" w:rsidR="00445F4B" w:rsidRDefault="00445F4B" w:rsidP="00445F4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836A0">
        <w:rPr>
          <w:rFonts w:ascii="Arial" w:hAnsi="Arial" w:cs="Arial"/>
          <w:sz w:val="20"/>
          <w:szCs w:val="20"/>
        </w:rPr>
        <w:t>İmza</w:t>
      </w:r>
      <w:proofErr w:type="spellEnd"/>
    </w:p>
    <w:p w14:paraId="48098AA0" w14:textId="77777777" w:rsidR="00445F4B" w:rsidRDefault="00445F4B" w:rsidP="00445F4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80C3E85" w14:textId="77777777" w:rsidR="00D93861" w:rsidRDefault="00000000">
      <w:pPr>
        <w:pStyle w:val="Balk2"/>
        <w:rPr>
          <w:rFonts w:ascii="Arial" w:hAnsi="Arial" w:cs="Arial"/>
          <w:sz w:val="22"/>
          <w:szCs w:val="22"/>
        </w:rPr>
      </w:pPr>
      <w:r w:rsidRPr="005836A0">
        <w:rPr>
          <w:rFonts w:ascii="Arial" w:hAnsi="Arial" w:cs="Arial"/>
          <w:sz w:val="22"/>
          <w:szCs w:val="22"/>
        </w:rPr>
        <w:t>ÜYE BİLGİLERİ</w:t>
      </w:r>
    </w:p>
    <w:p w14:paraId="7BA4FE49" w14:textId="77777777" w:rsidR="00D71F57" w:rsidRPr="00D71F57" w:rsidRDefault="00D71F57" w:rsidP="00D71F57"/>
    <w:tbl>
      <w:tblPr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139"/>
        <w:gridCol w:w="1417"/>
        <w:gridCol w:w="2624"/>
      </w:tblGrid>
      <w:tr w:rsidR="00D71F57" w:rsidRPr="005836A0" w14:paraId="478EEEB0" w14:textId="26F59ADB" w:rsidTr="00443877">
        <w:tc>
          <w:tcPr>
            <w:tcW w:w="1696" w:type="dxa"/>
            <w:tcBorders>
              <w:right w:val="single" w:sz="2" w:space="0" w:color="auto"/>
            </w:tcBorders>
          </w:tcPr>
          <w:p w14:paraId="38C76D67" w14:textId="4B19A58E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Adı</w:t>
            </w:r>
            <w:proofErr w:type="spellEnd"/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4E487344" w14:textId="77777777" w:rsidR="00CC6554" w:rsidRPr="009B69D5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14:paraId="55BCD046" w14:textId="22DA3E07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Soyadı</w:t>
            </w:r>
            <w:proofErr w:type="spellEnd"/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24" w:type="dxa"/>
            <w:tcBorders>
              <w:left w:val="single" w:sz="2" w:space="0" w:color="auto"/>
            </w:tcBorders>
          </w:tcPr>
          <w:p w14:paraId="37428259" w14:textId="77777777" w:rsidR="00CC6554" w:rsidRPr="005836A0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1F57" w:rsidRPr="005836A0" w14:paraId="0107AC07" w14:textId="2C0867DC" w:rsidTr="00443877">
        <w:tc>
          <w:tcPr>
            <w:tcW w:w="1696" w:type="dxa"/>
            <w:tcBorders>
              <w:right w:val="single" w:sz="2" w:space="0" w:color="auto"/>
            </w:tcBorders>
          </w:tcPr>
          <w:p w14:paraId="5167A6EF" w14:textId="31F120D0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>Baba Adı</w:t>
            </w:r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2DD0436C" w14:textId="77777777" w:rsidR="00CC6554" w:rsidRPr="009B69D5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14:paraId="107C063A" w14:textId="298A626B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>Anne Adı</w:t>
            </w:r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24" w:type="dxa"/>
            <w:tcBorders>
              <w:left w:val="single" w:sz="2" w:space="0" w:color="auto"/>
            </w:tcBorders>
          </w:tcPr>
          <w:p w14:paraId="59852874" w14:textId="77777777" w:rsidR="00CC6554" w:rsidRPr="005836A0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1F57" w:rsidRPr="005836A0" w14:paraId="008F08C8" w14:textId="2434530E" w:rsidTr="00443877">
        <w:tc>
          <w:tcPr>
            <w:tcW w:w="1696" w:type="dxa"/>
            <w:tcBorders>
              <w:right w:val="single" w:sz="2" w:space="0" w:color="auto"/>
            </w:tcBorders>
          </w:tcPr>
          <w:p w14:paraId="1E5F2A90" w14:textId="0A849871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>T.C. K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imlik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No.</w:t>
            </w:r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68CB1432" w14:textId="4F94738A" w:rsidR="00CC6554" w:rsidRPr="009B69D5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14:paraId="43F09B9F" w14:textId="3CEE6E79" w:rsidR="00CC6554" w:rsidRPr="009B69D5" w:rsidRDefault="00CC6554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Doğum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Tarihi</w:t>
            </w:r>
            <w:proofErr w:type="spellEnd"/>
            <w:r w:rsidR="00D71F57"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24" w:type="dxa"/>
            <w:tcBorders>
              <w:left w:val="single" w:sz="2" w:space="0" w:color="auto"/>
            </w:tcBorders>
          </w:tcPr>
          <w:p w14:paraId="06631728" w14:textId="77777777" w:rsidR="00CC6554" w:rsidRPr="005836A0" w:rsidRDefault="00CC6554" w:rsidP="00CC65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77" w:rsidRPr="005836A0" w14:paraId="0852A402" w14:textId="491127CF" w:rsidTr="00443877">
        <w:tc>
          <w:tcPr>
            <w:tcW w:w="1696" w:type="dxa"/>
            <w:tcBorders>
              <w:right w:val="single" w:sz="2" w:space="0" w:color="auto"/>
            </w:tcBorders>
          </w:tcPr>
          <w:p w14:paraId="0A508CA5" w14:textId="1BD8E877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Cinsiyeti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403B1BF5" w14:textId="77777777" w:rsidR="00443877" w:rsidRPr="009B69D5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14:paraId="4F303AF5" w14:textId="09291192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>E</w:t>
            </w:r>
            <w:r w:rsidRPr="009B69D5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posta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24" w:type="dxa"/>
            <w:tcBorders>
              <w:left w:val="single" w:sz="2" w:space="0" w:color="auto"/>
            </w:tcBorders>
          </w:tcPr>
          <w:p w14:paraId="323106D1" w14:textId="77777777" w:rsidR="00443877" w:rsidRPr="005836A0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77" w:rsidRPr="005836A0" w14:paraId="114D39E9" w14:textId="7B5AE30F" w:rsidTr="00443877">
        <w:tc>
          <w:tcPr>
            <w:tcW w:w="1696" w:type="dxa"/>
            <w:tcBorders>
              <w:right w:val="single" w:sz="2" w:space="0" w:color="auto"/>
            </w:tcBorders>
          </w:tcPr>
          <w:p w14:paraId="656A982C" w14:textId="6B5AE6A8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 xml:space="preserve">Cep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Telefonu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6148C015" w14:textId="0D2154BF" w:rsidR="00443877" w:rsidRPr="009B69D5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2" w:space="0" w:color="auto"/>
            </w:tcBorders>
          </w:tcPr>
          <w:p w14:paraId="455CB9B5" w14:textId="4151180E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Mesleği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624" w:type="dxa"/>
            <w:tcBorders>
              <w:left w:val="single" w:sz="2" w:space="0" w:color="auto"/>
            </w:tcBorders>
          </w:tcPr>
          <w:p w14:paraId="68C59ED2" w14:textId="4C3659BC" w:rsidR="00443877" w:rsidRPr="005836A0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77" w:rsidRPr="005836A0" w14:paraId="7261332F" w14:textId="78D4D913" w:rsidTr="00443877">
        <w:tc>
          <w:tcPr>
            <w:tcW w:w="1696" w:type="dxa"/>
            <w:tcBorders>
              <w:right w:val="single" w:sz="2" w:space="0" w:color="auto"/>
            </w:tcBorders>
          </w:tcPr>
          <w:p w14:paraId="5AB35B5C" w14:textId="194FBB89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Öğrenim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Durumu:</w:t>
            </w:r>
          </w:p>
        </w:tc>
        <w:tc>
          <w:tcPr>
            <w:tcW w:w="2557" w:type="dxa"/>
            <w:gridSpan w:val="2"/>
            <w:tcBorders>
              <w:left w:val="single" w:sz="2" w:space="0" w:color="auto"/>
            </w:tcBorders>
          </w:tcPr>
          <w:p w14:paraId="19B61AC9" w14:textId="52BCD9A2" w:rsidR="00443877" w:rsidRPr="009B69D5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C4CFB6" w14:textId="393F49E1" w:rsidR="00443877" w:rsidRPr="009B69D5" w:rsidRDefault="00443877" w:rsidP="004438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4" w:type="dxa"/>
          </w:tcPr>
          <w:p w14:paraId="18989A40" w14:textId="77777777" w:rsidR="00443877" w:rsidRPr="005836A0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3877" w:rsidRPr="005836A0" w14:paraId="006D6C6B" w14:textId="7CA78178" w:rsidTr="00D71F57">
        <w:tc>
          <w:tcPr>
            <w:tcW w:w="3114" w:type="dxa"/>
            <w:gridSpan w:val="2"/>
          </w:tcPr>
          <w:p w14:paraId="07A92E9A" w14:textId="46FC8D4B" w:rsidR="00443877" w:rsidRPr="00CC6554" w:rsidRDefault="00443877" w:rsidP="00443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C6554">
              <w:rPr>
                <w:rFonts w:ascii="Arial" w:hAnsi="Arial" w:cs="Arial"/>
                <w:sz w:val="18"/>
                <w:szCs w:val="18"/>
              </w:rPr>
              <w:t>Bağlı</w:t>
            </w:r>
            <w:proofErr w:type="spellEnd"/>
            <w:r w:rsidRPr="00CC655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6554">
              <w:rPr>
                <w:rFonts w:ascii="Arial" w:hAnsi="Arial" w:cs="Arial"/>
                <w:sz w:val="18"/>
                <w:szCs w:val="18"/>
              </w:rPr>
              <w:t>Olduğu</w:t>
            </w:r>
            <w:proofErr w:type="spellEnd"/>
            <w:r w:rsidRPr="00CC655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C6554">
              <w:rPr>
                <w:rFonts w:ascii="Arial" w:hAnsi="Arial" w:cs="Arial"/>
                <w:sz w:val="18"/>
                <w:szCs w:val="18"/>
              </w:rPr>
              <w:t>Kurum</w:t>
            </w:r>
            <w:proofErr w:type="spellEnd"/>
            <w:r w:rsidRPr="00CC6554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CC6554">
              <w:rPr>
                <w:rFonts w:ascii="Arial" w:hAnsi="Arial" w:cs="Arial"/>
                <w:sz w:val="18"/>
                <w:szCs w:val="18"/>
              </w:rPr>
              <w:t>Bölüm</w:t>
            </w:r>
            <w:proofErr w:type="spellEnd"/>
            <w:r w:rsidRPr="00CC6554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CC6554">
              <w:rPr>
                <w:rFonts w:ascii="Arial" w:hAnsi="Arial" w:cs="Arial"/>
                <w:sz w:val="18"/>
                <w:szCs w:val="18"/>
              </w:rPr>
              <w:t>Birim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180" w:type="dxa"/>
            <w:gridSpan w:val="3"/>
          </w:tcPr>
          <w:p w14:paraId="411ECB3C" w14:textId="77777777" w:rsidR="00443877" w:rsidRPr="005836A0" w:rsidRDefault="00443877" w:rsidP="004438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B7C857" w14:textId="4200920A" w:rsidR="00D93861" w:rsidRDefault="005836A0" w:rsidP="00D40141">
      <w:pPr>
        <w:jc w:val="both"/>
        <w:rPr>
          <w:rFonts w:ascii="Arial" w:hAnsi="Arial" w:cs="Arial"/>
          <w:color w:val="FF0000"/>
          <w:sz w:val="16"/>
          <w:szCs w:val="16"/>
        </w:rPr>
      </w:pPr>
      <w:r w:rsidRPr="005836A0">
        <w:rPr>
          <w:rFonts w:ascii="Arial" w:hAnsi="Arial" w:cs="Arial"/>
          <w:color w:val="FF0000"/>
          <w:sz w:val="16"/>
          <w:szCs w:val="16"/>
        </w:rPr>
        <w:t xml:space="preserve">Not: </w:t>
      </w:r>
      <w:proofErr w:type="spellStart"/>
      <w:r w:rsidRPr="005836A0">
        <w:rPr>
          <w:rFonts w:ascii="Arial" w:hAnsi="Arial" w:cs="Arial"/>
          <w:color w:val="FF0000"/>
          <w:sz w:val="16"/>
          <w:szCs w:val="16"/>
        </w:rPr>
        <w:t>Tüm</w:t>
      </w:r>
      <w:proofErr w:type="spellEnd"/>
      <w:r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Pr="005836A0">
        <w:rPr>
          <w:rFonts w:ascii="Arial" w:hAnsi="Arial" w:cs="Arial"/>
          <w:color w:val="FF0000"/>
          <w:sz w:val="16"/>
          <w:szCs w:val="16"/>
        </w:rPr>
        <w:t>alanların</w:t>
      </w:r>
      <w:proofErr w:type="spellEnd"/>
      <w:r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Pr="005836A0">
        <w:rPr>
          <w:rFonts w:ascii="Arial" w:hAnsi="Arial" w:cs="Arial"/>
          <w:color w:val="FF0000"/>
          <w:sz w:val="16"/>
          <w:szCs w:val="16"/>
        </w:rPr>
        <w:t>doldurulması</w:t>
      </w:r>
      <w:proofErr w:type="spellEnd"/>
      <w:r w:rsidR="003B0903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Pr="005836A0">
        <w:rPr>
          <w:rFonts w:ascii="Arial" w:hAnsi="Arial" w:cs="Arial"/>
          <w:color w:val="FF0000"/>
          <w:sz w:val="16"/>
          <w:szCs w:val="16"/>
        </w:rPr>
        <w:t>zorunlu</w:t>
      </w:r>
      <w:r w:rsidR="003B0903">
        <w:rPr>
          <w:rFonts w:ascii="Arial" w:hAnsi="Arial" w:cs="Arial"/>
          <w:color w:val="FF0000"/>
          <w:sz w:val="16"/>
          <w:szCs w:val="16"/>
        </w:rPr>
        <w:t>du</w:t>
      </w:r>
      <w:r w:rsidRPr="005836A0">
        <w:rPr>
          <w:rFonts w:ascii="Arial" w:hAnsi="Arial" w:cs="Arial"/>
          <w:color w:val="FF0000"/>
          <w:sz w:val="16"/>
          <w:szCs w:val="16"/>
        </w:rPr>
        <w:t>r</w:t>
      </w:r>
      <w:proofErr w:type="spellEnd"/>
      <w:r w:rsidR="00D40141">
        <w:rPr>
          <w:rFonts w:ascii="Arial" w:hAnsi="Arial" w:cs="Arial"/>
          <w:color w:val="FF0000"/>
          <w:sz w:val="16"/>
          <w:szCs w:val="16"/>
        </w:rPr>
        <w:t>.</w:t>
      </w:r>
    </w:p>
    <w:p w14:paraId="5075342D" w14:textId="69ABAF08" w:rsidR="00D40141" w:rsidRDefault="00D40141" w:rsidP="00D40141">
      <w:pPr>
        <w:pStyle w:val="Balk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ÜYELİK REFERANS</w:t>
      </w:r>
      <w:r w:rsidR="00CC3C4A">
        <w:rPr>
          <w:rFonts w:ascii="Arial" w:hAnsi="Arial" w:cs="Arial"/>
          <w:sz w:val="22"/>
          <w:szCs w:val="22"/>
        </w:rPr>
        <w:t xml:space="preserve"> FORMU</w:t>
      </w:r>
    </w:p>
    <w:p w14:paraId="12601F1B" w14:textId="7CFA0C6D" w:rsidR="007F5ECC" w:rsidRDefault="007F5ECC" w:rsidP="007F5ECC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Hücresel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Stres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Moleküler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Mekanizmalar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Derneği’ne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üyelik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başvurusu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yapan</w:t>
      </w:r>
      <w:proofErr w:type="spellEnd"/>
      <w:r>
        <w:rPr>
          <w:rFonts w:ascii="Arial" w:hAnsi="Arial" w:cs="Arial"/>
          <w:sz w:val="20"/>
          <w:szCs w:val="20"/>
        </w:rPr>
        <w:t xml:space="preserve"> ......................................... </w:t>
      </w:r>
      <w:r w:rsidRPr="00CC3C4A">
        <w:rPr>
          <w:rFonts w:ascii="Arial" w:hAnsi="Arial" w:cs="Arial"/>
          <w:color w:val="7F7F7F" w:themeColor="text1" w:themeTint="80"/>
          <w:sz w:val="20"/>
          <w:szCs w:val="20"/>
        </w:rPr>
        <w:t>(</w:t>
      </w:r>
      <w:proofErr w:type="spellStart"/>
      <w:r w:rsidR="00CC3C4A">
        <w:rPr>
          <w:rFonts w:ascii="Arial" w:hAnsi="Arial" w:cs="Arial"/>
          <w:color w:val="7F7F7F" w:themeColor="text1" w:themeTint="80"/>
          <w:sz w:val="20"/>
          <w:szCs w:val="20"/>
        </w:rPr>
        <w:t>A</w:t>
      </w:r>
      <w:r w:rsidR="00CC3C4A" w:rsidRPr="00CC3C4A">
        <w:rPr>
          <w:rFonts w:ascii="Arial" w:hAnsi="Arial" w:cs="Arial"/>
          <w:color w:val="7F7F7F" w:themeColor="text1" w:themeTint="80"/>
          <w:sz w:val="20"/>
          <w:szCs w:val="20"/>
        </w:rPr>
        <w:t>day</w:t>
      </w:r>
      <w:r w:rsidR="00CC3C4A">
        <w:rPr>
          <w:rFonts w:ascii="Arial" w:hAnsi="Arial" w:cs="Arial"/>
          <w:color w:val="7F7F7F" w:themeColor="text1" w:themeTint="80"/>
          <w:sz w:val="20"/>
          <w:szCs w:val="20"/>
        </w:rPr>
        <w:t>ın</w:t>
      </w:r>
      <w:proofErr w:type="spellEnd"/>
      <w:r w:rsidRPr="00CC3C4A">
        <w:rPr>
          <w:rFonts w:ascii="Arial" w:hAnsi="Arial" w:cs="Arial"/>
          <w:color w:val="7F7F7F" w:themeColor="text1" w:themeTint="80"/>
          <w:sz w:val="20"/>
          <w:szCs w:val="20"/>
        </w:rPr>
        <w:t xml:space="preserve"> </w:t>
      </w:r>
      <w:proofErr w:type="spellStart"/>
      <w:r w:rsidR="00CC3C4A">
        <w:rPr>
          <w:rFonts w:ascii="Arial" w:hAnsi="Arial" w:cs="Arial"/>
          <w:color w:val="7F7F7F" w:themeColor="text1" w:themeTint="80"/>
          <w:sz w:val="20"/>
          <w:szCs w:val="20"/>
        </w:rPr>
        <w:t>A</w:t>
      </w:r>
      <w:r w:rsidRPr="00CC3C4A">
        <w:rPr>
          <w:rFonts w:ascii="Arial" w:hAnsi="Arial" w:cs="Arial"/>
          <w:color w:val="7F7F7F" w:themeColor="text1" w:themeTint="80"/>
          <w:sz w:val="20"/>
          <w:szCs w:val="20"/>
        </w:rPr>
        <w:t>d</w:t>
      </w:r>
      <w:r w:rsidR="00EE3302">
        <w:rPr>
          <w:rFonts w:ascii="Arial" w:hAnsi="Arial" w:cs="Arial"/>
          <w:color w:val="7F7F7F" w:themeColor="text1" w:themeTint="80"/>
          <w:sz w:val="20"/>
          <w:szCs w:val="20"/>
        </w:rPr>
        <w:t>ı</w:t>
      </w:r>
      <w:proofErr w:type="spellEnd"/>
      <w:r w:rsidR="00EE3302">
        <w:rPr>
          <w:rFonts w:ascii="Arial" w:hAnsi="Arial" w:cs="Arial"/>
          <w:color w:val="7F7F7F" w:themeColor="text1" w:themeTint="80"/>
          <w:sz w:val="20"/>
          <w:szCs w:val="20"/>
        </w:rPr>
        <w:t>,</w:t>
      </w:r>
      <w:r w:rsidR="00CC3C4A">
        <w:rPr>
          <w:rFonts w:ascii="Arial" w:hAnsi="Arial" w:cs="Arial"/>
          <w:color w:val="7F7F7F" w:themeColor="text1" w:themeTint="80"/>
          <w:sz w:val="20"/>
          <w:szCs w:val="20"/>
        </w:rPr>
        <w:t xml:space="preserve"> </w:t>
      </w:r>
      <w:proofErr w:type="spellStart"/>
      <w:r w:rsidR="00CC3C4A">
        <w:rPr>
          <w:rFonts w:ascii="Arial" w:hAnsi="Arial" w:cs="Arial"/>
          <w:color w:val="7F7F7F" w:themeColor="text1" w:themeTint="80"/>
          <w:sz w:val="20"/>
          <w:szCs w:val="20"/>
        </w:rPr>
        <w:t>S</w:t>
      </w:r>
      <w:r w:rsidRPr="00CC3C4A">
        <w:rPr>
          <w:rFonts w:ascii="Arial" w:hAnsi="Arial" w:cs="Arial"/>
          <w:color w:val="7F7F7F" w:themeColor="text1" w:themeTint="80"/>
          <w:sz w:val="20"/>
          <w:szCs w:val="20"/>
        </w:rPr>
        <w:t>oyad</w:t>
      </w:r>
      <w:r w:rsidR="00CC3C4A">
        <w:rPr>
          <w:rFonts w:ascii="Arial" w:hAnsi="Arial" w:cs="Arial"/>
          <w:color w:val="7F7F7F" w:themeColor="text1" w:themeTint="80"/>
          <w:sz w:val="20"/>
          <w:szCs w:val="20"/>
        </w:rPr>
        <w:t>ı</w:t>
      </w:r>
      <w:proofErr w:type="spellEnd"/>
      <w:r w:rsidRPr="00CC3C4A">
        <w:rPr>
          <w:rFonts w:ascii="Arial" w:hAnsi="Arial" w:cs="Arial"/>
          <w:color w:val="7F7F7F" w:themeColor="text1" w:themeTint="80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’</w:t>
      </w:r>
      <w:proofErr w:type="spellStart"/>
      <w:r>
        <w:rPr>
          <w:rFonts w:ascii="Arial" w:hAnsi="Arial" w:cs="Arial"/>
          <w:sz w:val="20"/>
          <w:szCs w:val="20"/>
        </w:rPr>
        <w:t>nın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dernek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üyeliğine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alınmasını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öneririm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tbl>
      <w:tblPr>
        <w:tblW w:w="8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10"/>
        <w:gridCol w:w="1701"/>
        <w:gridCol w:w="2760"/>
      </w:tblGrid>
      <w:tr w:rsidR="00EE3302" w:rsidRPr="005836A0" w14:paraId="349D63D4" w14:textId="77777777" w:rsidTr="00EE3302">
        <w:trPr>
          <w:trHeight w:val="207"/>
          <w:jc w:val="center"/>
        </w:trPr>
        <w:tc>
          <w:tcPr>
            <w:tcW w:w="4106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EFD0829" w14:textId="77777777" w:rsidR="00EE3302" w:rsidRPr="009B69D5" w:rsidRDefault="00EE3302" w:rsidP="003B090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  <w:lang w:val="tr-TR"/>
              </w:rPr>
              <w:t>*</w:t>
            </w:r>
            <w:r w:rsidRPr="00A27063">
              <w:rPr>
                <w:rFonts w:ascii="Arial" w:hAnsi="Arial" w:cs="Arial"/>
                <w:sz w:val="18"/>
                <w:szCs w:val="18"/>
                <w:lang w:val="tr-TR"/>
              </w:rPr>
              <w:t>DERNEK ÜYESİ BİLGİLERİ</w:t>
            </w:r>
          </w:p>
        </w:tc>
        <w:tc>
          <w:tcPr>
            <w:tcW w:w="4461" w:type="dxa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C2F109D" w14:textId="27F14AD6" w:rsidR="00EE3302" w:rsidRPr="009B69D5" w:rsidRDefault="003B0903" w:rsidP="003B090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tr-TR"/>
              </w:rPr>
              <w:t>Ö</w:t>
            </w:r>
            <w:r w:rsidR="00EE3302" w:rsidRPr="00A27063">
              <w:rPr>
                <w:rFonts w:ascii="Arial" w:hAnsi="Arial" w:cs="Arial"/>
                <w:sz w:val="18"/>
                <w:szCs w:val="18"/>
                <w:lang w:val="tr-TR"/>
              </w:rPr>
              <w:t>ĞRETİM ÜYESİ BİLGİLERİ</w:t>
            </w:r>
          </w:p>
        </w:tc>
      </w:tr>
      <w:tr w:rsidR="00EE3302" w:rsidRPr="005836A0" w14:paraId="6464E7EC" w14:textId="77777777" w:rsidTr="009B69D5">
        <w:trPr>
          <w:trHeight w:val="270"/>
          <w:jc w:val="center"/>
        </w:trPr>
        <w:tc>
          <w:tcPr>
            <w:tcW w:w="1696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0B7B2F" w14:textId="77777777" w:rsidR="00EE3302" w:rsidRPr="009B69D5" w:rsidRDefault="00EE3302" w:rsidP="00EE330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 xml:space="preserve">Akademik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241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DBB8C4" w14:textId="77777777" w:rsidR="00EE3302" w:rsidRPr="009B69D5" w:rsidRDefault="00EE3302" w:rsidP="00445F4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14C23FF" w14:textId="77777777" w:rsidR="00EE3302" w:rsidRPr="009B69D5" w:rsidRDefault="00EE3302" w:rsidP="00EE330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B69D5">
              <w:rPr>
                <w:rFonts w:ascii="Arial" w:hAnsi="Arial" w:cs="Arial"/>
                <w:sz w:val="18"/>
                <w:szCs w:val="18"/>
              </w:rPr>
              <w:t xml:space="preserve">Akademik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794BFC" w14:textId="77777777" w:rsidR="00EE3302" w:rsidRDefault="00EE3302" w:rsidP="00445F4B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3302" w:rsidRPr="005836A0" w14:paraId="75F2BA3A" w14:textId="77777777" w:rsidTr="009B69D5">
        <w:trPr>
          <w:trHeight w:val="288"/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E223FB9" w14:textId="77777777" w:rsidR="00EE3302" w:rsidRPr="009B69D5" w:rsidRDefault="00EE3302" w:rsidP="00EE3302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Adı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Soyadı: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F99F59" w14:textId="60B5BC07" w:rsidR="00EE3302" w:rsidRPr="009B69D5" w:rsidRDefault="00EE3302" w:rsidP="00445F4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C62F03F" w14:textId="77777777" w:rsidR="00EE3302" w:rsidRPr="009B69D5" w:rsidRDefault="00EE3302" w:rsidP="00EE330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Adı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Soyadı: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EBA238D" w14:textId="77777777" w:rsidR="00EE3302" w:rsidRPr="00AB11AC" w:rsidRDefault="00EE3302" w:rsidP="00445F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302" w:rsidRPr="005836A0" w14:paraId="2CC34363" w14:textId="77777777" w:rsidTr="009B69D5">
        <w:trPr>
          <w:trHeight w:val="173"/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DF3362" w14:textId="77777777" w:rsidR="00EE3302" w:rsidRPr="009B69D5" w:rsidRDefault="00EE3302" w:rsidP="00EE3302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Çalıştığı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Kurum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E11ABF" w14:textId="77777777" w:rsidR="00EE3302" w:rsidRPr="009B69D5" w:rsidRDefault="00EE3302" w:rsidP="00445F4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5CBC4B7" w14:textId="77777777" w:rsidR="00EE3302" w:rsidRPr="009B69D5" w:rsidRDefault="00EE3302" w:rsidP="00EE330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Çalıştığı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69D5">
              <w:rPr>
                <w:rFonts w:ascii="Arial" w:hAnsi="Arial" w:cs="Arial"/>
                <w:sz w:val="18"/>
                <w:szCs w:val="18"/>
              </w:rPr>
              <w:t>Kurum</w:t>
            </w:r>
            <w:proofErr w:type="spellEnd"/>
            <w:r w:rsidRPr="009B69D5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C831B82" w14:textId="77777777" w:rsidR="00EE3302" w:rsidRPr="00AB11AC" w:rsidRDefault="00EE3302" w:rsidP="00445F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0387EC" w14:textId="77777777" w:rsidR="00EE3302" w:rsidRDefault="00EE3302" w:rsidP="00D40141">
      <w:pPr>
        <w:jc w:val="both"/>
        <w:rPr>
          <w:rFonts w:ascii="Arial" w:hAnsi="Arial" w:cs="Arial"/>
          <w:color w:val="FF0000"/>
          <w:sz w:val="16"/>
          <w:szCs w:val="16"/>
        </w:rPr>
      </w:pPr>
    </w:p>
    <w:p w14:paraId="1FD84441" w14:textId="24E74FF9" w:rsidR="00D93861" w:rsidRPr="005836A0" w:rsidRDefault="00EE3302" w:rsidP="00D40141">
      <w:pPr>
        <w:jc w:val="both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color w:val="FF0000"/>
          <w:sz w:val="16"/>
          <w:szCs w:val="16"/>
        </w:rPr>
        <w:t xml:space="preserve">*: </w:t>
      </w:r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Bu alanda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üyeliğe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başvuracak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adayların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formda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yer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alan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iki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referanstan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birinin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dernek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yönetim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organları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,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yönetim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ve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denetleme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kurulu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,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asil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ya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da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yedek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üyelerinden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birinin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olması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şartı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spellStart"/>
      <w:r w:rsidR="005836A0" w:rsidRPr="005836A0">
        <w:rPr>
          <w:rFonts w:ascii="Arial" w:hAnsi="Arial" w:cs="Arial"/>
          <w:color w:val="FF0000"/>
          <w:sz w:val="16"/>
          <w:szCs w:val="16"/>
        </w:rPr>
        <w:t>aranır</w:t>
      </w:r>
      <w:proofErr w:type="spellEnd"/>
      <w:r w:rsidR="005836A0" w:rsidRPr="005836A0">
        <w:rPr>
          <w:rFonts w:ascii="Arial" w:hAnsi="Arial" w:cs="Arial"/>
          <w:color w:val="FF0000"/>
          <w:sz w:val="16"/>
          <w:szCs w:val="16"/>
        </w:rPr>
        <w:t>.</w:t>
      </w:r>
    </w:p>
    <w:sectPr w:rsidR="00D93861" w:rsidRPr="005836A0" w:rsidSect="00AB11AC">
      <w:headerReference w:type="default" r:id="rId8"/>
      <w:pgSz w:w="11904" w:h="16836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61B10" w14:textId="77777777" w:rsidR="00824DFC" w:rsidRDefault="00824DFC" w:rsidP="005836A0">
      <w:pPr>
        <w:spacing w:after="0" w:line="240" w:lineRule="auto"/>
      </w:pPr>
      <w:r>
        <w:separator/>
      </w:r>
    </w:p>
  </w:endnote>
  <w:endnote w:type="continuationSeparator" w:id="0">
    <w:p w14:paraId="3B757A2F" w14:textId="77777777" w:rsidR="00824DFC" w:rsidRDefault="00824DFC" w:rsidP="0058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8B62" w14:textId="77777777" w:rsidR="00824DFC" w:rsidRDefault="00824DFC" w:rsidP="005836A0">
      <w:pPr>
        <w:spacing w:after="0" w:line="240" w:lineRule="auto"/>
      </w:pPr>
      <w:r>
        <w:separator/>
      </w:r>
    </w:p>
  </w:footnote>
  <w:footnote w:type="continuationSeparator" w:id="0">
    <w:p w14:paraId="5252C7B4" w14:textId="77777777" w:rsidR="00824DFC" w:rsidRDefault="00824DFC" w:rsidP="00583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0F49" w14:textId="1374E637" w:rsidR="00AB11AC" w:rsidRDefault="00AB11AC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B09890" wp14:editId="49619C1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600" cy="10692000"/>
          <wp:effectExtent l="0" t="0" r="5715" b="1905"/>
          <wp:wrapNone/>
          <wp:docPr id="730980205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80205" name="Resim 7309802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0865803">
    <w:abstractNumId w:val="8"/>
  </w:num>
  <w:num w:numId="2" w16cid:durableId="2072732064">
    <w:abstractNumId w:val="6"/>
  </w:num>
  <w:num w:numId="3" w16cid:durableId="1479347159">
    <w:abstractNumId w:val="5"/>
  </w:num>
  <w:num w:numId="4" w16cid:durableId="511341450">
    <w:abstractNumId w:val="4"/>
  </w:num>
  <w:num w:numId="5" w16cid:durableId="2003854847">
    <w:abstractNumId w:val="7"/>
  </w:num>
  <w:num w:numId="6" w16cid:durableId="911505702">
    <w:abstractNumId w:val="3"/>
  </w:num>
  <w:num w:numId="7" w16cid:durableId="1067725508">
    <w:abstractNumId w:val="2"/>
  </w:num>
  <w:num w:numId="8" w16cid:durableId="7296800">
    <w:abstractNumId w:val="1"/>
  </w:num>
  <w:num w:numId="9" w16cid:durableId="58576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396"/>
    <w:rsid w:val="0015074B"/>
    <w:rsid w:val="0029639D"/>
    <w:rsid w:val="00326F90"/>
    <w:rsid w:val="003B0903"/>
    <w:rsid w:val="00443877"/>
    <w:rsid w:val="00445F4B"/>
    <w:rsid w:val="005836A0"/>
    <w:rsid w:val="005A0C23"/>
    <w:rsid w:val="00634A3F"/>
    <w:rsid w:val="007F5ECC"/>
    <w:rsid w:val="00824DFC"/>
    <w:rsid w:val="009B69D5"/>
    <w:rsid w:val="00AA1D8D"/>
    <w:rsid w:val="00AB11AC"/>
    <w:rsid w:val="00B10219"/>
    <w:rsid w:val="00B47730"/>
    <w:rsid w:val="00CB0664"/>
    <w:rsid w:val="00CC3C4A"/>
    <w:rsid w:val="00CC6554"/>
    <w:rsid w:val="00D40141"/>
    <w:rsid w:val="00D71F57"/>
    <w:rsid w:val="00D93861"/>
    <w:rsid w:val="00E0612F"/>
    <w:rsid w:val="00E82D07"/>
    <w:rsid w:val="00EE3302"/>
    <w:rsid w:val="00F04C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D787DE"/>
  <w14:defaultImageDpi w14:val="300"/>
  <w15:docId w15:val="{571A7756-86EB-5D49-BC1C-E9EB4DB4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1037</Characters>
  <Application>Microsoft Office Word</Application>
  <DocSecurity>0</DocSecurity>
  <Lines>41</Lines>
  <Paragraphs>29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Altuğ Yavaşoğlu</cp:lastModifiedBy>
  <cp:revision>2</cp:revision>
  <cp:lastPrinted>2026-04-07T11:02:00Z</cp:lastPrinted>
  <dcterms:created xsi:type="dcterms:W3CDTF">2026-04-07T11:07:00Z</dcterms:created>
  <dcterms:modified xsi:type="dcterms:W3CDTF">2026-04-07T11:07:00Z</dcterms:modified>
  <cp:category/>
</cp:coreProperties>
</file>